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intake and welcome</w:t>
      </w:r>
    </w:p>
    <w:p>
      <w:r>
        <w:t>Use this staff checklist alongside your approved intake process. It is not an eligibility assessment, consent form, or medical screen.</w:t>
      </w:r>
    </w:p>
    <w:p>
      <w:pPr>
        <w:spacing w:after="100"/>
      </w:pPr>
      <w:r>
        <w:rPr>
          <w:sz w:val="18"/>
        </w:rPr>
        <w:t>Make a copy. Replace bracketed text and change the tasks for your shelter. Mark [ ] as [x] when done.</w:t>
      </w:r>
    </w:p>
    <w:p>
      <w:r>
        <w:t>Shelter: [Name]   Staff: [Name]   Date: [Date]   Secure reference: [Reference]</w:t>
      </w:r>
    </w:p>
    <w:p>
      <w:pPr>
        <w:pStyle w:val="Heading1"/>
      </w:pPr>
      <w:r>
        <w:t>Prepare for arrival</w:t>
      </w:r>
    </w:p>
    <w:p>
      <w:r>
        <w:t>[ ] Confirm the space and the staff member responsible for the welcome.</w:t>
      </w:r>
    </w:p>
    <w:p>
      <w:r>
        <w:t>[ ] Have current service information and communication support options available.</w:t>
      </w:r>
    </w:p>
    <w:p>
      <w:pPr>
        <w:pStyle w:val="Heading1"/>
      </w:pPr>
      <w:r>
        <w:t>Welcome and explain</w:t>
      </w:r>
    </w:p>
    <w:p>
      <w:r>
        <w:t>[ ] Introduce yourself and explain the next step.</w:t>
      </w:r>
    </w:p>
    <w:p>
      <w:r>
        <w:t>[ ] Ask what would help the person take part in the conversation.</w:t>
      </w:r>
    </w:p>
    <w:p>
      <w:r>
        <w:t>[ ] Explain where to rest, get food, use bathrooms, and ask for help.</w:t>
      </w:r>
    </w:p>
    <w:p>
      <w:pPr>
        <w:pStyle w:val="Heading1"/>
      </w:pPr>
      <w:r>
        <w:t>Check immediate support needs</w:t>
      </w:r>
    </w:p>
    <w:p>
      <w:r>
        <w:t>[ ] Ask about immediate practical support and follow the approved escalation process.</w:t>
      </w:r>
    </w:p>
    <w:p>
      <w:r>
        <w:t>[ ] Offer available communication or access support; record agreed follow-up in the approved system.</w:t>
      </w:r>
    </w:p>
    <w:p>
      <w:pPr>
        <w:pStyle w:val="Heading1"/>
      </w:pPr>
      <w:r>
        <w:t>Orient and follow up</w:t>
      </w:r>
    </w:p>
    <w:p>
      <w:r>
        <w:t>[ ] Explain belongings, privacy, daily routines, and how to raise a concern.</w:t>
      </w:r>
    </w:p>
    <w:p>
      <w:r>
        <w:t>[ ] Provide the current resident welcome sheet and check understanding.</w:t>
      </w:r>
    </w:p>
    <w:p>
      <w:r>
        <w:t>[ ] Name the next contact person and agree on when to check in.</w:t>
      </w:r>
    </w:p>
    <w:p>
      <w:pPr>
        <w:pStyle w:val="Heading1"/>
      </w:pPr>
      <w:r>
        <w:t>Agreed follow up</w:t>
      </w:r>
    </w:p>
    <w:p>
      <w:r>
        <w:t>Action: [Agreed next step or none]</w:t>
        <w:br/>
        <w:t>Owner: [Name]   When: [Date and time]</w:t>
      </w:r>
    </w:p>
    <w:p>
      <w:r>
        <w:t>Use local intake, consent, safeguarding, accessibility, and HMIS procedures. Replace service details with your facility’s verified information.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sheltercurrent.com/resources/intake-welcome-checklist/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intake and welcome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